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מתקדמת בספרות (5 יח״ל) – כתיבה ממזגת וניתוח יצירה שלא נלמדה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תשובה ממזגת בין שתי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תפקיד של אמצעים אמנותיים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לאבחן בין תשובה חזקה לתשובה חלשה ולשפר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תשובה שמשווה בין שתי יצירות סביב רעיון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האמצעי ואת תפקידו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לתמוך בטענה שנכתבה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לקרוא את הטקסט בעיון ולזהות את הרעיון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שילוב נכון בין טענה, הוכחה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רעיון או נושא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תשובה ממזגת חייבת לעסוק בשתי היצירות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צריך להסביר למה האמצעי משרת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הכלים שנלמדו תקפים גם לטקסט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המבנה הבסיסי של תשובה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הבנת השאלה קובעת מה בדיוק צריך לענות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מוגדר מחוון בבחינות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אמצעי ותפקידו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(ממחיש רעיון באמצעות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(מדגיש הבדל בין שני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(מדגישה רעיון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(מעוררת מחשבה אצל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(יוצר קרבה בין הדובר לקורא)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בניית תשובה 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ומזהים מה בדיוק 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מאתרים רעיון משותף לשתי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הוכחה מתאימה מהיצירה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הוכחה מתאימה מהיצירה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מסבירים כיצד ההוכחות קושרות בין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כותבים משפט סיכום שחוזר לרעיון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חסר בתשובה?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הסבר הקושר את האמצעי לרעיון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לא עוסקת בשתי היצירות כנדרש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תמיכה מהטקסט בטענה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זיהוי + משפט הסבר הקושר את האמצעי לרעיון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כללי כמו יחסי אחים, קונפליקט פנימי, או יחס לזולת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הכוללת שתי יצירות ורעיון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+ תפקיד הקשור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טענה+הוכחה+הסבר לעומת חוסר קישור או הוכחה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והסדר לפני המעבר לכתיבה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לתשובה חזקה ואחת חלשה מהמחוון לפני התרגול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למדלגים (סעיפי skip_n) אפשר להציע תרגול רק בחלקים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מתקדמת בספרות (5 יח״ל) – כתיבה ממזגת וניתוח יצירה שלא נלמדה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מיומנויות הרמה הגבוהה בבגרות בספרות: כתיבת תשובה ממזגת על שתי יצירות, ניתוח שיר שלא נלמד, וזיהוי מה הופך תשובה לחזקה או לחלשה.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תשובה ממזגת?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תשובה שעוסקת ביצירה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תשובה שמשווה בין שתי יצירות סביב רעיון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תשובה שמעתיקה קטע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תשובה קצרה של 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חייבת להכיל תשובה טובה על אמצעי אמנותי?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האמצעי ואת תפקידו ביצירה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ציטוט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אישית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תפקידה של הוכחה מהטקסט בתשובה?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לתמוך בטענה שנכתבה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להאריך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לעשות לפני כתיבת ניתוח של יצירה שלא נלמדה?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לדלג על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הטקסט בעיון ולזהות את הרעיון המרכזי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תשובה מיצירה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בלי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מבדיל תשובה חזקה מתשובה חלשה?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אורך התשובה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כמות המילים הגבוהות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שילוב נכון בין טענה, הוכחה והסבר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יד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בשאלה ממזגת, מה צריך לחבר בין שתי היצירות?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שמות המחברים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רעיון או נושא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אורך הטקסטים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השנה שבה נכתבו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בתשובה ממזגת אפשר לכתוב על יצירה אחת בלבד ולהתעלם מהשנייה.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אמצעי אמנותי בלי הסבר על תפקידו נחשב לתשובה חלשה.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בניתוח יצירה שלא נלמדה אפשר להשתמש בידע כללי על אמצעים וסוגות.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חזקה חייבת להכיל טענה, הוכחה והסבר הקושר ביניהן.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לקרוא את השאלה בעיון לפני כתיבת התשובה.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הוא רשימה שלפיה בודקים אם התשובה עונה על דרישות השאלה.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אמצעי ותפקידו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מדגיש הבדל בין שני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מדגישה רעיון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חזרה על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מעוררת מחשבה אצל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יוצר קרבה בין הדובר לקורא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גוף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ממחיש רעיון באמצעות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בניית תשובה ממזגת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הוכחה מתאימה מהיצירה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כיצד ההוכחות קושרות בין היצירות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ומזהים מה בדיוק נדרש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משפט סיכום שחוזר לרעיון המרכזי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מאתרים רעיון משותף לשתי היצירות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הוכחה מתאימה מהיצירה השנייה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חסר בתשובה?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תשובה שמזהה אמצעי אמנותי אך לא מסבירה את תפקידו – מה חסר 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הסבר הקושר את האמצעי לרעיון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נוסף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תשובה שעונה רק על חצי מהשאלה הממזגת – מה הבעיה העיקרית?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ארוכה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לא עוסקת בשתי היצירות כנדרש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כתובה בעברית תקנית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בה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תשובה שיש בה טענה בלי הוכחה מהטקסט – מה חסר?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תמיכה מהטקסט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שמזהה אמצעי אמנותי בטקסט וכתבו אחריו משפט המסביר את תפקידו.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רעיון משותף אחד שיכול לחבר בין שתי יצירות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תשובה ממזגת ומה חייב להיות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לאמצעי אמנותי ותפקידו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תשובה חזקה לתשובה חלשה?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בגרות מתקדמת בספרות (5 יח״ל) – כתיבה ממזגת וניתוח יצירה שלא נלמדה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